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OSWIADCZENIE</w:t>
      </w:r>
    </w:p>
    <w:p>
      <w:pPr>
        <w:jc w:val="center"/>
      </w:pPr>
      <w:r>
        <w:rPr>
          <w:b w:val="0"/>
          <w:i/>
          <w:sz w:val="22"/>
        </w:rPr>
        <w:t>pracownika / wspolpracownika / wolontariusza o zapoznaniu sie ze Standardami Ochrony Maloletnich</w:t>
      </w:r>
    </w:p>
    <w:p/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PESEL / nr dokumentu: _____________________________________________</w:t>
      </w:r>
    </w:p>
    <w:p>
      <w:r>
        <w:rPr>
          <w:b w:val="0"/>
          <w:i w:val="0"/>
          <w:sz w:val="22"/>
        </w:rPr>
        <w:t>Stanowisko / funkcja: ______________________________________________</w:t>
      </w:r>
    </w:p>
    <w:p>
      <w:r>
        <w:rPr>
          <w:b w:val="0"/>
          <w:i w:val="0"/>
          <w:sz w:val="22"/>
        </w:rPr>
        <w:t>Forma wspolpracy (umowa o prace / zlecenie / B2B / wolontariat): _____________________</w:t>
      </w:r>
    </w:p>
    <w:p/>
    <w:p>
      <w:r>
        <w:rPr>
          <w:b/>
          <w:i w:val="0"/>
          <w:sz w:val="22"/>
        </w:rPr>
        <w:t>Niniejszym oswiadczam, ze:</w:t>
      </w:r>
    </w:p>
    <w:p>
      <w:pPr>
        <w:pStyle w:val="ListNumber"/>
      </w:pPr>
      <w:r>
        <w:t>Zapoznalam/em sie z trescia Standardow Ochrony Maloletnich obowiazujacych w organizacji Sport Kurs Agnieszka Rynkiewicz (FIT TEST Family), wprowadzonych zarzadzeniem nr 1/2026 z dnia 2026-05-22.</w:t>
      </w:r>
    </w:p>
    <w:p>
      <w:pPr>
        <w:pStyle w:val="ListNumber"/>
      </w:pPr>
      <w:r>
        <w:t>Rozumiem zasady bezpiecznych relacji z maloletnimi oraz zakazy okreslone w SOM.</w:t>
      </w:r>
    </w:p>
    <w:p>
      <w:pPr>
        <w:pStyle w:val="ListNumber"/>
      </w:pPr>
      <w:r>
        <w:t>Zobowiazuje sie do bezwzglednego przestrzegania Standardow w trakcie swiadczenia uslug na rzecz organizacji.</w:t>
      </w:r>
    </w:p>
    <w:p>
      <w:pPr>
        <w:pStyle w:val="ListNumber"/>
      </w:pPr>
      <w:r>
        <w:t>Zobowiazuje sie do niezwlocznego zglaszania Koordynatorowi SOM kazdego podejrzenia krzywdzenia maloletniego.</w:t>
      </w:r>
    </w:p>
    <w:p>
      <w:pPr>
        <w:pStyle w:val="ListNumber"/>
      </w:pPr>
      <w:r>
        <w:t>Jestem swiadoma/y, ze naruszenie SOM moze skutkowac natychmiastowym rozwiazaniem umowy oraz odpowiedzialnoscia cywilna i karna.</w:t>
      </w:r>
    </w:p>
    <w:p>
      <w:pPr>
        <w:pStyle w:val="ListNumber"/>
      </w:pPr>
      <w:r>
        <w:t>Wyrazam zgode na okresowa weryfikacje moich danych w Rejestrze Sprawcow Przestepstw na Tle Seksualnym (RSTK) oraz Krajowym Rejestrze Karnym (KRK) zgodnie z ustawa Kamilka.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Data,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Czytelny podpis pracownika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