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OSWIADCZENIE O PANSTWACH ZAMIESZKANIA</w:t>
      </w:r>
    </w:p>
    <w:p>
      <w:pPr>
        <w:jc w:val="center"/>
      </w:pPr>
      <w:r>
        <w:rPr>
          <w:b w:val="0"/>
          <w:i/>
          <w:sz w:val="22"/>
        </w:rPr>
        <w:t>(art. 21 ust. 7 ustawy z dnia 13 maja 2016 r. o przeciwdzialaniu zagrozeniom przestepczoscia na tle seksualnym i ochronie maloletnich)</w:t>
      </w:r>
    </w:p>
    <w:p/>
    <w:p>
      <w:r>
        <w:rPr>
          <w:b w:val="0"/>
          <w:i w:val="0"/>
          <w:sz w:val="22"/>
        </w:rPr>
        <w:t>Imie i nazwisko: ____________________________________________________</w:t>
      </w:r>
    </w:p>
    <w:p>
      <w:r>
        <w:rPr>
          <w:b w:val="0"/>
          <w:i w:val="0"/>
          <w:sz w:val="22"/>
        </w:rPr>
        <w:t>PESEL: ________________________  Obywatelstwo: ___________________</w:t>
      </w:r>
    </w:p>
    <w:p/>
    <w:p>
      <w:r>
        <w:rPr>
          <w:b/>
          <w:i w:val="0"/>
          <w:sz w:val="22"/>
        </w:rPr>
        <w:t>Swiadoma/y odpowiedzialnosci karnej za zlozenie falszywego oswiadczenia (art. 233 § 1 Kodeksu karnego) oswiadczam, ze:</w:t>
      </w:r>
    </w:p>
    <w:p/>
    <w:p>
      <w:r>
        <w:rPr>
          <w:b/>
          <w:i w:val="0"/>
          <w:sz w:val="22"/>
        </w:rPr>
        <w:t>1. W ciagu ostatnich 20 lat zamieszkiwalam/em w nastepujacych panstwach: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</w:tcPr>
          <w:p>
            <w:r>
              <w:t>Lp.</w:t>
            </w:r>
          </w:p>
        </w:tc>
        <w:tc>
          <w:tcPr>
            <w:tcW w:type="dxa" w:w="3324"/>
          </w:tcPr>
          <w:p>
            <w:r>
              <w:t>Panstwo</w:t>
            </w:r>
          </w:p>
        </w:tc>
        <w:tc>
          <w:tcPr>
            <w:tcW w:type="dxa" w:w="3324"/>
          </w:tcPr>
          <w:p>
            <w:r>
              <w:t>Okres zamieszkania (od - do)</w:t>
            </w:r>
          </w:p>
        </w:tc>
      </w:tr>
      <w:tr>
        <w:tc>
          <w:tcPr>
            <w:tcW w:type="dxa" w:w="3324"/>
          </w:tcPr>
          <w:p>
            <w:r>
              <w:t>1</w:t>
            </w:r>
          </w:p>
        </w:tc>
        <w:tc>
          <w:tcPr>
            <w:tcW w:type="dxa" w:w="3324"/>
          </w:tcPr>
          <w:p/>
        </w:tc>
        <w:tc>
          <w:tcPr>
            <w:tcW w:type="dxa" w:w="3324"/>
          </w:tcPr>
          <w:p/>
        </w:tc>
      </w:tr>
      <w:tr>
        <w:tc>
          <w:tcPr>
            <w:tcW w:type="dxa" w:w="3324"/>
          </w:tcPr>
          <w:p>
            <w:r>
              <w:t>2</w:t>
            </w:r>
          </w:p>
        </w:tc>
        <w:tc>
          <w:tcPr>
            <w:tcW w:type="dxa" w:w="3324"/>
          </w:tcPr>
          <w:p/>
        </w:tc>
        <w:tc>
          <w:tcPr>
            <w:tcW w:type="dxa" w:w="3324"/>
          </w:tcPr>
          <w:p/>
        </w:tc>
      </w:tr>
      <w:tr>
        <w:tc>
          <w:tcPr>
            <w:tcW w:type="dxa" w:w="3324"/>
          </w:tcPr>
          <w:p>
            <w:r>
              <w:t>3</w:t>
            </w:r>
          </w:p>
        </w:tc>
        <w:tc>
          <w:tcPr>
            <w:tcW w:type="dxa" w:w="3324"/>
          </w:tcPr>
          <w:p/>
        </w:tc>
        <w:tc>
          <w:tcPr>
            <w:tcW w:type="dxa" w:w="3324"/>
          </w:tcPr>
          <w:p/>
        </w:tc>
      </w:tr>
      <w:tr>
        <w:tc>
          <w:tcPr>
            <w:tcW w:type="dxa" w:w="3324"/>
          </w:tcPr>
          <w:p>
            <w:r>
              <w:t>4</w:t>
            </w:r>
          </w:p>
        </w:tc>
        <w:tc>
          <w:tcPr>
            <w:tcW w:type="dxa" w:w="3324"/>
          </w:tcPr>
          <w:p/>
        </w:tc>
        <w:tc>
          <w:tcPr>
            <w:tcW w:type="dxa" w:w="3324"/>
          </w:tcPr>
          <w:p/>
        </w:tc>
      </w:tr>
      <w:tr>
        <w:tc>
          <w:tcPr>
            <w:tcW w:type="dxa" w:w="3324"/>
          </w:tcPr>
          <w:p>
            <w:r>
              <w:t>5</w:t>
            </w:r>
          </w:p>
        </w:tc>
        <w:tc>
          <w:tcPr>
            <w:tcW w:type="dxa" w:w="3324"/>
          </w:tcPr>
          <w:p/>
        </w:tc>
        <w:tc>
          <w:tcPr>
            <w:tcW w:type="dxa" w:w="3324"/>
          </w:tcPr>
          <w:p/>
        </w:tc>
      </w:tr>
    </w:tbl>
    <w:p/>
    <w:p>
      <w:r>
        <w:rPr>
          <w:b w:val="0"/>
          <w:i w:val="0"/>
          <w:sz w:val="22"/>
        </w:rPr>
        <w:t>2. W panstwach innych niz Rzeczpospolita Polska:</w:t>
      </w:r>
    </w:p>
    <w:p>
      <w:pPr>
        <w:pStyle w:val="ListBullet"/>
      </w:pPr>
      <w:r>
        <w:t>[ ] NIE bylem/am karana/y za przestepstwa przeciwko wolnosci seksualnej i obyczajnosci ani inne przestepstwa wskazane w ustawie Kamilka,</w:t>
      </w:r>
    </w:p>
    <w:p>
      <w:pPr>
        <w:pStyle w:val="ListBullet"/>
      </w:pPr>
      <w:r>
        <w:t>[ ] dolaczam stosowne zaswiadczenie o niekaralnosci z panstwa _______________ (jezeli dotyczy).</w:t>
      </w:r>
    </w:p>
    <w:p>
      <w:r>
        <w:rPr>
          <w:b w:val="0"/>
          <w:i w:val="0"/>
          <w:sz w:val="22"/>
        </w:rPr>
        <w:t>3. Nie ciazy na mnie zakaz prowadzenia dzialalnosci zwiazanej z wychowywaniem, leczeniem, edukacja lub opieka nad maloletnimi orzeczony w jakimkolwiek panstwie.</w:t>
      </w:r>
    </w:p>
    <w:p/>
    <w:p/>
    <w:p/>
    <w:tbl>
      <w:tblPr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r>
              <w:rPr>
                <w:i/>
                <w:sz w:val="18"/>
              </w:rPr>
              <w:t>______________________________</w:t>
            </w:r>
          </w:p>
        </w:tc>
        <w:tc>
          <w:tcPr>
            <w:tcW w:type="dxa" w:w="4986"/>
          </w:tcPr>
          <w:p>
            <w:r>
              <w:rPr>
                <w:i/>
                <w:sz w:val="18"/>
              </w:rPr>
              <w:t>______________________________</w:t>
            </w:r>
          </w:p>
        </w:tc>
      </w:tr>
      <w:tr>
        <w:tc>
          <w:tcPr>
            <w:tcW w:type="dxa" w:w="4986"/>
          </w:tcPr>
          <w:p>
            <w:r>
              <w:rPr>
                <w:i/>
                <w:sz w:val="18"/>
              </w:rPr>
              <w:t>Data, miejsce</w:t>
            </w:r>
          </w:p>
        </w:tc>
        <w:tc>
          <w:tcPr>
            <w:tcW w:type="dxa" w:w="4986"/>
          </w:tcPr>
          <w:p>
            <w:r>
              <w:rPr>
                <w:i/>
                <w:sz w:val="18"/>
              </w:rPr>
              <w:t>Czytelny podpis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i/>
        <w:sz w:val="16"/>
      </w:rPr>
      <w:t>Sport Kurs Agnieszka Rynkiewicz | NIP 7393287691 | FIT TEST Family | fit-test.pl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