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ZGODA RODZICA / OPIEKUNA PRAWNEGO</w:t>
      </w:r>
    </w:p>
    <w:p>
      <w:pPr>
        <w:jc w:val="center"/>
      </w:pPr>
      <w:r>
        <w:rPr>
          <w:b/>
          <w:sz w:val="24"/>
        </w:rPr>
        <w:t>na utrwalanie i wykorzystanie wizerunku dziecka</w:t>
      </w:r>
    </w:p>
    <w:p/>
    <w:p>
      <w:r>
        <w:rPr>
          <w:b/>
          <w:i w:val="0"/>
          <w:sz w:val="22"/>
        </w:rPr>
        <w:t>Dane rodzica / opiekuna prawnego:</w:t>
      </w:r>
    </w:p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Telefon kontaktowy: 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</w:t>
      </w:r>
    </w:p>
    <w:p/>
    <w:p>
      <w:r>
        <w:rPr>
          <w:b/>
          <w:i w:val="0"/>
          <w:sz w:val="22"/>
        </w:rPr>
        <w:t>Dane dziecka:</w:t>
      </w:r>
    </w:p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Data urodzenia: _____________________________________________________</w:t>
      </w:r>
    </w:p>
    <w:p>
      <w:r>
        <w:rPr>
          <w:b w:val="0"/>
          <w:i w:val="0"/>
          <w:sz w:val="22"/>
        </w:rPr>
        <w:t>Grupa / zajecia: ____________________________________________________ (np. ninja)</w:t>
      </w:r>
    </w:p>
    <w:p/>
    <w:p>
      <w:r>
        <w:rPr>
          <w:b/>
          <w:i w:val="0"/>
          <w:sz w:val="22"/>
        </w:rPr>
        <w:t>Jako rodzic / opiekun prawny wyzej wymienionego dziecka:</w:t>
      </w:r>
    </w:p>
    <w:p/>
    <w:p>
      <w:r>
        <w:rPr>
          <w:b/>
          <w:i w:val="0"/>
          <w:sz w:val="22"/>
        </w:rPr>
        <w:t>[ ] WYRAZAM ZGODE / [ ] NIE WYRAZAM ZGODY</w:t>
      </w:r>
    </w:p>
    <w:p>
      <w:r>
        <w:rPr>
          <w:b w:val="0"/>
          <w:i w:val="0"/>
          <w:sz w:val="22"/>
        </w:rPr>
        <w:t>na nieodplatne utrwalanie wizerunku mojego dziecka (foto, video) podczas zajec, wydarzen i zawodow organizowanych przez Sport Kurs Agnieszka Rynkiewicz (FIT TEST Family) oraz na jego wykorzystanie w nastepujacych celach:</w:t>
      </w:r>
    </w:p>
    <w:p>
      <w:pPr>
        <w:pStyle w:val="ListBullet"/>
      </w:pPr>
      <w:r>
        <w:t>[ ] publikacja na stronie www.fit-test.pl,</w:t>
      </w:r>
    </w:p>
    <w:p>
      <w:pPr>
        <w:pStyle w:val="ListBullet"/>
      </w:pPr>
      <w:r>
        <w:t>[ ] publikacja w mediach spolecznosciowych organizatora (Facebook, Instagram, TikTok, YouTube),</w:t>
      </w:r>
    </w:p>
    <w:p>
      <w:pPr>
        <w:pStyle w:val="ListBullet"/>
      </w:pPr>
      <w:r>
        <w:t>[ ] materialy marketingowe i promocyjne (ulotki, plakaty, newsletter),</w:t>
      </w:r>
    </w:p>
    <w:p>
      <w:pPr>
        <w:pStyle w:val="ListBullet"/>
      </w:pPr>
      <w:r>
        <w:t>[ ] dokumentacja wewnetrzna (album klubu, podsumowania sezonu).</w:t>
      </w:r>
    </w:p>
    <w:p/>
    <w:p>
      <w:r>
        <w:rPr>
          <w:b/>
          <w:i w:val="0"/>
          <w:sz w:val="22"/>
        </w:rPr>
        <w:t>Oswiadczam, ze:</w:t>
      </w:r>
    </w:p>
    <w:p>
      <w:pPr>
        <w:pStyle w:val="ListNumber"/>
      </w:pPr>
      <w:r>
        <w:t>Zgoda jest dobrowolna i moge ja wycofac w kazdym momencie, pisemnie kierujac wniosek na adres sportkurs@gmail.com.</w:t>
      </w:r>
    </w:p>
    <w:p>
      <w:pPr>
        <w:pStyle w:val="ListNumber"/>
      </w:pPr>
      <w:r>
        <w:t>Wycofanie zgody nie wplywa na zgodnosc z prawem przetwarzania dokonanego przed wycofaniem.</w:t>
      </w:r>
    </w:p>
    <w:p>
      <w:pPr>
        <w:pStyle w:val="ListNumber"/>
      </w:pPr>
      <w:r>
        <w:t>Materialy beda przechowywane do momentu wycofania zgody lub przez okres niezbedny do celow, dla ktorych zostaly utrwalone.</w:t>
      </w:r>
    </w:p>
    <w:p>
      <w:pPr>
        <w:pStyle w:val="ListNumber"/>
      </w:pPr>
      <w:r>
        <w:t>Wizerunek nie bedzie publikowany z danymi szczegolowymi (adres, szkola, dane wrazliwe).</w:t>
      </w:r>
    </w:p>
    <w:p/>
    <w:p>
      <w:r>
        <w:rPr>
          <w:b/>
          <w:i w:val="0"/>
          <w:sz w:val="22"/>
        </w:rPr>
        <w:t>Klauzula informacyjna RODO:</w:t>
      </w:r>
    </w:p>
    <w:p>
      <w:r>
        <w:rPr>
          <w:b w:val="0"/>
          <w:i/>
          <w:sz w:val="18"/>
        </w:rPr>
        <w:t>Administratorem danych jest Sport Kurs Agnieszka Rynkiewicz, Chwalowice 39, 66-450, NIP 7393287691. Dane przetwarzane sa na podstawie art. 6 ust. 1 lit. a RODO (zgoda). Przysluguje Pani/Panu prawo dostepu, sprostowania, usuniecia, ograniczenia, sprzeciwu oraz wycofania zgody w dowolnym momencie. Skarga do PUODO.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Data,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Czytelny podpis rodzica / opiekuna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