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FORMULARZ ZGLOSZENIA INCYDENTU</w:t>
      </w:r>
    </w:p>
    <w:p>
      <w:pPr>
        <w:jc w:val="center"/>
      </w:pPr>
      <w:r>
        <w:rPr>
          <w:b w:val="0"/>
          <w:i/>
          <w:sz w:val="22"/>
        </w:rPr>
        <w:t>podejrzenia krzywdzenia maloletniego / naruszenia SOM</w:t>
      </w:r>
    </w:p>
    <w:p/>
    <w:p>
      <w:r>
        <w:rPr>
          <w:b/>
          <w:i w:val="0"/>
          <w:sz w:val="22"/>
        </w:rPr>
        <w:t>Cz. I. Dane zglaszajacego (mozna pozostawic puste - zgloszenie anonimowe):</w:t>
      </w:r>
    </w:p>
    <w:p>
      <w:r>
        <w:rPr>
          <w:b w:val="0"/>
          <w:i w:val="0"/>
          <w:sz w:val="22"/>
        </w:rPr>
        <w:t>Imie i nazwisko: ____________________________________________________</w:t>
      </w:r>
    </w:p>
    <w:p>
      <w:r>
        <w:rPr>
          <w:b w:val="0"/>
          <w:i w:val="0"/>
          <w:sz w:val="22"/>
        </w:rPr>
        <w:t>Funkcja / relacja z dzieckiem: ______________________________________</w:t>
      </w:r>
    </w:p>
    <w:p>
      <w:r>
        <w:rPr>
          <w:b w:val="0"/>
          <w:i w:val="0"/>
          <w:sz w:val="22"/>
        </w:rPr>
        <w:t>Kontakt (tel/e-mail): _______________________________________________</w:t>
      </w:r>
    </w:p>
    <w:p/>
    <w:p>
      <w:r>
        <w:rPr>
          <w:b/>
          <w:i w:val="0"/>
          <w:sz w:val="22"/>
        </w:rPr>
        <w:t>Cz. II. Dane dziecka, ktorego dotyczy zgloszenie:</w:t>
      </w:r>
    </w:p>
    <w:p>
      <w:r>
        <w:rPr>
          <w:b w:val="0"/>
          <w:i w:val="0"/>
          <w:sz w:val="22"/>
        </w:rPr>
        <w:t>Imie i nazwisko (jezeli znane): ____________________________________</w:t>
      </w:r>
    </w:p>
    <w:p>
      <w:r>
        <w:rPr>
          <w:b w:val="0"/>
          <w:i w:val="0"/>
          <w:sz w:val="22"/>
        </w:rPr>
        <w:t>Wiek / grupa / zajecia: ____________________________________________</w:t>
      </w:r>
    </w:p>
    <w:p/>
    <w:p>
      <w:r>
        <w:rPr>
          <w:b/>
          <w:i w:val="0"/>
          <w:sz w:val="22"/>
        </w:rPr>
        <w:t>Cz. III. Opis incydentu:</w:t>
      </w:r>
    </w:p>
    <w:p>
      <w:r>
        <w:rPr>
          <w:b w:val="0"/>
          <w:i w:val="0"/>
          <w:sz w:val="22"/>
        </w:rPr>
        <w:t>Data i godzina zdarzenia: __________________________________________</w:t>
      </w:r>
    </w:p>
    <w:p>
      <w:r>
        <w:rPr>
          <w:b w:val="0"/>
          <w:i w:val="0"/>
          <w:sz w:val="22"/>
        </w:rPr>
        <w:t>Miejsce zdarzenia: __________________________________________________</w:t>
      </w:r>
    </w:p>
    <w:p>
      <w:r>
        <w:rPr>
          <w:b w:val="0"/>
          <w:i w:val="0"/>
          <w:sz w:val="22"/>
        </w:rPr>
        <w:t>Swiadkowie: _________________________________________________________</w:t>
      </w:r>
    </w:p>
    <w:p>
      <w:r>
        <w:rPr>
          <w:b w:val="0"/>
          <w:i w:val="0"/>
          <w:sz w:val="22"/>
        </w:rPr>
        <w:t>Opis (kto, co, gdzie, kiedy, jak - bez ocen i interpretacji):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>
      <w:r>
        <w:t>_______________________________________________________________________________________________</w:t>
      </w:r>
    </w:p>
    <w:p/>
    <w:p>
      <w:r>
        <w:rPr>
          <w:b/>
          <w:i w:val="0"/>
          <w:sz w:val="22"/>
        </w:rPr>
        <w:t>Cz. IV. Rodzaj podejrzewanego naduzycia (mozna zaznaczyc kilka):</w:t>
      </w:r>
    </w:p>
    <w:p>
      <w:pPr>
        <w:pStyle w:val="ListBullet"/>
      </w:pPr>
      <w:r>
        <w:t>[ ] przemoc fizyczna,</w:t>
      </w:r>
    </w:p>
    <w:p>
      <w:pPr>
        <w:pStyle w:val="ListBullet"/>
      </w:pPr>
      <w:r>
        <w:t>[ ] przemoc psychiczna / slowna,</w:t>
      </w:r>
    </w:p>
    <w:p>
      <w:pPr>
        <w:pStyle w:val="ListBullet"/>
      </w:pPr>
      <w:r>
        <w:t>[ ] przemoc seksualna / molestowanie,</w:t>
      </w:r>
    </w:p>
    <w:p>
      <w:pPr>
        <w:pStyle w:val="ListBullet"/>
      </w:pPr>
      <w:r>
        <w:t>[ ] zaniedbanie,</w:t>
      </w:r>
    </w:p>
    <w:p>
      <w:pPr>
        <w:pStyle w:val="ListBullet"/>
      </w:pPr>
      <w:r>
        <w:t>[ ] przemoc rowiesnicza,</w:t>
      </w:r>
    </w:p>
    <w:p>
      <w:pPr>
        <w:pStyle w:val="ListBullet"/>
      </w:pPr>
      <w:r>
        <w:t>[ ] cyberprzemoc,</w:t>
      </w:r>
    </w:p>
    <w:p>
      <w:pPr>
        <w:pStyle w:val="ListBullet"/>
      </w:pPr>
      <w:r>
        <w:t>[ ] inne (jakie): _____________________________________________________.</w:t>
      </w:r>
    </w:p>
    <w:p/>
    <w:p>
      <w:r>
        <w:rPr>
          <w:b/>
          <w:i w:val="0"/>
          <w:sz w:val="22"/>
        </w:rPr>
        <w:t>Cz. V. Pilnosc zgloszenia:</w:t>
      </w:r>
    </w:p>
    <w:p>
      <w:pPr>
        <w:pStyle w:val="ListBullet"/>
      </w:pPr>
      <w:r>
        <w:t>[ ] PILNE - zagrozenie dla zdrowia/zycia dziecka w ciagu najblizszych godzin,</w:t>
      </w:r>
    </w:p>
    <w:p>
      <w:pPr>
        <w:pStyle w:val="ListBullet"/>
      </w:pPr>
      <w:r>
        <w:t>[ ] do interwencji w ciagu 24-48h,</w:t>
      </w:r>
    </w:p>
    <w:p>
      <w:pPr>
        <w:pStyle w:val="ListBullet"/>
      </w:pPr>
      <w:r>
        <w:t>[ ] do monitorowania.</w:t>
      </w:r>
    </w:p>
    <w:p/>
    <w:p>
      <w:r>
        <w:rPr>
          <w:b w:val="0"/>
          <w:i/>
          <w:sz w:val="22"/>
        </w:rPr>
        <w:t>Wypelniony formularz przekazac niezwlocznie Koordynatorowi SOM:</w:t>
      </w:r>
    </w:p>
    <w:p>
      <w:r>
        <w:rPr>
          <w:b w:val="0"/>
          <w:i/>
          <w:sz w:val="22"/>
        </w:rPr>
        <w:t xml:space="preserve">   Agnieszka Rynkiewicz, e-mail: sportkurs@gmail.com, tel: 881 325 901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______________________________</w:t>
            </w:r>
          </w:p>
        </w:tc>
      </w:tr>
      <w:tr>
        <w:tc>
          <w:tcPr>
            <w:tcW w:type="dxa" w:w="4986"/>
          </w:tcPr>
          <w:p>
            <w:r>
              <w:rPr>
                <w:i/>
                <w:sz w:val="18"/>
              </w:rPr>
              <w:t>Data, miejsce</w:t>
            </w:r>
          </w:p>
        </w:tc>
        <w:tc>
          <w:tcPr>
            <w:tcW w:type="dxa" w:w="4986"/>
          </w:tcPr>
          <w:p>
            <w:r>
              <w:rPr>
                <w:i/>
                <w:sz w:val="18"/>
              </w:rPr>
              <w:t>Podpis (opcjonalnie)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Sport Kurs Agnieszka Rynkiewicz | NIP 7393287691 | FIT TEST Family | fit-test.pl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