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CHECKLISTA WERYFIKACJI NOWEGO PRACOWNIKA</w:t>
      </w:r>
    </w:p>
    <w:p>
      <w:pPr>
        <w:jc w:val="center"/>
      </w:pPr>
      <w:r>
        <w:rPr>
          <w:b w:val="0"/>
          <w:i/>
          <w:sz w:val="22"/>
        </w:rPr>
        <w:t>Wymagane PRZED dopuszczeniem do pracy z maloletnimi (ustawa Kamilka)</w:t>
      </w:r>
    </w:p>
    <w:p/>
    <w:p>
      <w:r>
        <w:rPr>
          <w:b/>
          <w:i w:val="0"/>
          <w:sz w:val="22"/>
        </w:rPr>
        <w:t>Dane pracownika:</w:t>
      </w:r>
    </w:p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PESEL: _____________________________________________________________</w:t>
      </w:r>
    </w:p>
    <w:p>
      <w:r>
        <w:rPr>
          <w:b w:val="0"/>
          <w:i w:val="0"/>
          <w:sz w:val="22"/>
        </w:rPr>
        <w:t>Data planowanego rozpoczecia: _______________________________________</w:t>
      </w:r>
    </w:p>
    <w:p>
      <w:r>
        <w:rPr>
          <w:b w:val="0"/>
          <w:i w:val="0"/>
          <w:sz w:val="22"/>
        </w:rPr>
        <w:t>Stanowisko: ________________________________________________________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Lp.</w:t>
            </w:r>
          </w:p>
        </w:tc>
        <w:tc>
          <w:tcPr>
            <w:tcW w:type="dxa" w:w="2493"/>
          </w:tcPr>
          <w:p>
            <w:r>
              <w:rPr>
                <w:b/>
              </w:rPr>
              <w:t>Dokument / czynnosc</w:t>
            </w:r>
          </w:p>
        </w:tc>
        <w:tc>
          <w:tcPr>
            <w:tcW w:type="dxa" w:w="2493"/>
          </w:tcPr>
          <w:p>
            <w:r>
              <w:rPr>
                <w:b/>
              </w:rPr>
              <w:t>Data wykonania</w:t>
            </w:r>
          </w:p>
        </w:tc>
        <w:tc>
          <w:tcPr>
            <w:tcW w:type="dxa" w:w="2493"/>
          </w:tcPr>
          <w:p>
            <w:r>
              <w:rPr>
                <w:b/>
              </w:rPr>
              <w:t>Podpis koordynatora</w:t>
            </w:r>
          </w:p>
        </w:tc>
      </w:tr>
      <w:tr>
        <w:tc>
          <w:tcPr>
            <w:tcW w:type="dxa" w:w="2493"/>
          </w:tcPr>
          <w:p>
            <w:r>
              <w:t>1</w:t>
            </w:r>
          </w:p>
        </w:tc>
        <w:tc>
          <w:tcPr>
            <w:tcW w:type="dxa" w:w="2493"/>
          </w:tcPr>
          <w:p>
            <w:r>
              <w:t>Wydruk z RSTK (Rejestr Sprawcow Przestepstw na Tle Seksualnym) - rps.ms.gov.pl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2</w:t>
            </w:r>
          </w:p>
        </w:tc>
        <w:tc>
          <w:tcPr>
            <w:tcW w:type="dxa" w:w="2493"/>
          </w:tcPr>
          <w:p>
            <w:r>
              <w:t>Zaswiadczenie z KRK o niekaralnosci (art. 21 ust. 3 ustawy Kamilka) - wystawione w ciagu ostatnich 3 mies.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3</w:t>
            </w:r>
          </w:p>
        </w:tc>
        <w:tc>
          <w:tcPr>
            <w:tcW w:type="dxa" w:w="2493"/>
          </w:tcPr>
          <w:p>
            <w:r>
              <w:t>Oswiadczenie o panstwach zamieszkania (Zalacznik nr 3)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4</w:t>
            </w:r>
          </w:p>
        </w:tc>
        <w:tc>
          <w:tcPr>
            <w:tcW w:type="dxa" w:w="2493"/>
          </w:tcPr>
          <w:p>
            <w:r>
              <w:t>Zaswiadczenie o niekaralnosci z innych panstw (jezeli dotyczy)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5</w:t>
            </w:r>
          </w:p>
        </w:tc>
        <w:tc>
          <w:tcPr>
            <w:tcW w:type="dxa" w:w="2493"/>
          </w:tcPr>
          <w:p>
            <w:r>
              <w:t>Oswiadczenie o zapoznaniu sie z SOM (Zalacznik nr 2)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6</w:t>
            </w:r>
          </w:p>
        </w:tc>
        <w:tc>
          <w:tcPr>
            <w:tcW w:type="dxa" w:w="2493"/>
          </w:tcPr>
          <w:p>
            <w:r>
              <w:t>Szkolenie wprowadzajace z SOM (max 30 dni od rozpoczecia)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7</w:t>
            </w:r>
          </w:p>
        </w:tc>
        <w:tc>
          <w:tcPr>
            <w:tcW w:type="dxa" w:w="2493"/>
          </w:tcPr>
          <w:p>
            <w:r>
              <w:t>Kserokopia dyplomu / uprawnien trenerskich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8</w:t>
            </w:r>
          </w:p>
        </w:tc>
        <w:tc>
          <w:tcPr>
            <w:tcW w:type="dxa" w:w="2493"/>
          </w:tcPr>
          <w:p>
            <w:r>
              <w:t>Aktualne ubezpieczenie OC trenera (jezeli dotyczy)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9</w:t>
            </w:r>
          </w:p>
        </w:tc>
        <w:tc>
          <w:tcPr>
            <w:tcW w:type="dxa" w:w="2493"/>
          </w:tcPr>
          <w:p>
            <w:r>
              <w:t>Badania lekarskie do pracy z dziecmi (jezeli wymagane)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10</w:t>
            </w:r>
          </w:p>
        </w:tc>
        <w:tc>
          <w:tcPr>
            <w:tcW w:type="dxa" w:w="2493"/>
          </w:tcPr>
          <w:p>
            <w:r>
              <w:t>Umowa o prace / zlecenie / wolontariat - podpisana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/>
    <w:p>
      <w:r>
        <w:rPr>
          <w:b/>
          <w:i w:val="0"/>
          <w:sz w:val="22"/>
        </w:rPr>
        <w:t>DOPUSZCZENIE DO PRACY:</w:t>
      </w:r>
    </w:p>
    <w:p>
      <w:r>
        <w:rPr>
          <w:b w:val="0"/>
          <w:i w:val="0"/>
          <w:sz w:val="22"/>
        </w:rPr>
        <w:t>[ ] Wszystkie wymagane dokumenty zlozone - pracownik DOPUSZCZONY</w:t>
      </w:r>
    </w:p>
    <w:p>
      <w:r>
        <w:rPr>
          <w:b w:val="0"/>
          <w:i w:val="0"/>
          <w:sz w:val="22"/>
        </w:rPr>
        <w:t>[ ] Brakuje dokumentow - pracownik NIE DOPUSZCZONY do czasu uzupelnienia</w:t>
      </w:r>
    </w:p>
    <w:p/>
    <w:p>
      <w:r>
        <w:rPr>
          <w:b w:val="0"/>
          <w:i w:val="0"/>
          <w:sz w:val="22"/>
        </w:rPr>
        <w:t>Termin odnowienia weryfikacji (zaswiadczenia KRK): _____________________ (co 12 miesiecy)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 dopuszczenia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Podpis Koordynatora SOM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