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INFORMACJA DLA RODZICOW I OPIEKUNOW</w:t>
      </w:r>
    </w:p>
    <w:p>
      <w:pPr>
        <w:jc w:val="center"/>
      </w:pPr>
      <w:r>
        <w:rPr>
          <w:b/>
          <w:sz w:val="24"/>
        </w:rPr>
        <w:t>Ochrona Maloletnich w FIT TEST Family</w:t>
      </w:r>
    </w:p>
    <w:p/>
    <w:p>
      <w:r>
        <w:rPr>
          <w:b/>
          <w:i w:val="0"/>
          <w:sz w:val="22"/>
        </w:rPr>
        <w:t>Drodzy Rodzice,</w:t>
      </w:r>
    </w:p>
    <w:p>
      <w:r>
        <w:rPr>
          <w:b w:val="0"/>
          <w:i w:val="0"/>
          <w:sz w:val="22"/>
        </w:rPr>
        <w:t>bezpieczenstwo i dobro Waszych dzieci jest dla nas wartoscia nadrzedna. Zgodnie z ustawa z dnia 13 maja 2016 r. o przeciwdzialaniu zagrozeniom przestepczoscia na tle seksualnym i ochronie maloletnich (tzw. 'ustawa Kamilka'), w naszej organizacji wprowadzilismy Standardy Ochrony Maloletnich (SOM).</w:t>
      </w:r>
    </w:p>
    <w:p/>
    <w:p>
      <w:r>
        <w:rPr>
          <w:b/>
          <w:sz w:val="28"/>
        </w:rPr>
        <w:t>Co to oznacza dla Waszego dziecka?</w:t>
      </w:r>
    </w:p>
    <w:p>
      <w:pPr>
        <w:pStyle w:val="ListBullet"/>
      </w:pPr>
      <w:r>
        <w:t>Kazdy trener i pracownik majacy kontakt z Waszym dzieckiem zostal zweryfikowany w Rejestrze Sprawcow Przestepstw na Tle Seksualnym oraz Krajowym Rejestrze Karnym.</w:t>
      </w:r>
    </w:p>
    <w:p>
      <w:pPr>
        <w:pStyle w:val="ListBullet"/>
      </w:pPr>
      <w:r>
        <w:t>Wszyscy pracownicy zostali przeszkoleni z zasad bezpiecznych relacji z dziecmi.</w:t>
      </w:r>
    </w:p>
    <w:p>
      <w:pPr>
        <w:pStyle w:val="ListBullet"/>
      </w:pPr>
      <w:r>
        <w:t>Wprowadzono jasne procedury reagowania na sytuacje krzywdzenia.</w:t>
      </w:r>
    </w:p>
    <w:p>
      <w:pPr>
        <w:pStyle w:val="ListBullet"/>
      </w:pPr>
      <w:r>
        <w:t>Macie Panstwo prawo zglaszac swoje uwagi i zastrzezenia.</w:t>
      </w:r>
    </w:p>
    <w:p>
      <w:r>
        <w:rPr>
          <w:b/>
          <w:sz w:val="28"/>
        </w:rPr>
        <w:t>Kim jest Koordynator Ochrony Maloletnich?</w:t>
      </w:r>
    </w:p>
    <w:p>
      <w:r>
        <w:rPr>
          <w:b/>
          <w:i w:val="0"/>
          <w:sz w:val="22"/>
        </w:rPr>
        <w:t xml:space="preserve">   Agnieszka Rynkiewicz</w:t>
      </w:r>
    </w:p>
    <w:p>
      <w:r>
        <w:rPr>
          <w:b w:val="0"/>
          <w:i w:val="0"/>
          <w:sz w:val="22"/>
        </w:rPr>
        <w:t xml:space="preserve">   e-mail: sportkurs@gmail.com</w:t>
      </w:r>
    </w:p>
    <w:p>
      <w:r>
        <w:rPr>
          <w:b w:val="0"/>
          <w:i w:val="0"/>
          <w:sz w:val="22"/>
        </w:rPr>
        <w:t xml:space="preserve">   telefon: 881 325 901</w:t>
      </w:r>
    </w:p>
    <w:p>
      <w:r>
        <w:rPr>
          <w:b w:val="0"/>
          <w:i w:val="0"/>
          <w:sz w:val="22"/>
        </w:rPr>
        <w:t>Mozecie Panstwo skontaktowac sie z koordynatorem w kazdej sprawie zwiazanej z bezpieczenstwem Waszego dziecka - rowniez anonimowo.</w:t>
      </w:r>
    </w:p>
    <w:p>
      <w:r>
        <w:rPr>
          <w:b/>
          <w:sz w:val="28"/>
        </w:rPr>
        <w:t>Gdzie znajda Panstwo pelne Standardy?</w:t>
      </w:r>
    </w:p>
    <w:p>
      <w:pPr>
        <w:pStyle w:val="ListBullet"/>
      </w:pPr>
      <w:r>
        <w:t>na stronie fit-test.pl/standardy-ochrony-maloletnich,</w:t>
      </w:r>
    </w:p>
    <w:p>
      <w:pPr>
        <w:pStyle w:val="ListBullet"/>
      </w:pPr>
      <w:r>
        <w:t>wywieszone w widocznym miejscu w studio (wersja pelna i skrocona dla dzieci),</w:t>
      </w:r>
    </w:p>
    <w:p>
      <w:pPr>
        <w:pStyle w:val="ListBullet"/>
      </w:pPr>
      <w:r>
        <w:t>na prosbe - w formie wydruku w recepcji.</w:t>
      </w:r>
    </w:p>
    <w:p>
      <w:r>
        <w:rPr>
          <w:b/>
          <w:sz w:val="28"/>
        </w:rPr>
        <w:t>Pomocne telefony dla rodzicow i dzieci</w:t>
      </w:r>
    </w:p>
    <w:p>
      <w:pPr>
        <w:pStyle w:val="ListBullet"/>
      </w:pPr>
      <w:r>
        <w:t>112 - numer alarmowy (zagrozenie zdrowia/zycia),</w:t>
      </w:r>
    </w:p>
    <w:p>
      <w:pPr>
        <w:pStyle w:val="ListBullet"/>
      </w:pPr>
      <w:r>
        <w:t>116 111 - bezplatny Telefon Zaufania dla Dzieci i Mlodziezy (czynny 24/7),</w:t>
      </w:r>
    </w:p>
    <w:p>
      <w:pPr>
        <w:pStyle w:val="ListBullet"/>
      </w:pPr>
      <w:r>
        <w:t>800 100 100 - bezplatny telefon dla rodzicow, nauczycieli i wychowawcow,</w:t>
      </w:r>
    </w:p>
    <w:p>
      <w:pPr>
        <w:pStyle w:val="ListBullet"/>
      </w:pPr>
      <w:r>
        <w:t>800 12 12 12 - Dzieciecy Telefon Zaufania Rzecznika Praw Dziecka.</w:t>
      </w:r>
    </w:p>
    <w:p>
      <w:r>
        <w:rPr>
          <w:b/>
          <w:sz w:val="28"/>
        </w:rPr>
        <w:t>Co mozecie zrobic Panstwo?</w:t>
      </w:r>
    </w:p>
    <w:p>
      <w:pPr>
        <w:pStyle w:val="ListNumber"/>
      </w:pPr>
      <w:r>
        <w:t>Wypelnic zgode na wykorzystanie wizerunku dziecka (zalacznik).</w:t>
      </w:r>
    </w:p>
    <w:p>
      <w:pPr>
        <w:pStyle w:val="ListNumber"/>
      </w:pPr>
      <w:r>
        <w:t>Poinformowac trenera o waznych okolicznosciach (alergie, lekarstwa, sytuacja rodzinna).</w:t>
      </w:r>
    </w:p>
    <w:p>
      <w:pPr>
        <w:pStyle w:val="ListNumber"/>
      </w:pPr>
      <w:r>
        <w:t>Zglaszac koordynatorowi kazda watpliwosc lub niepokojaca obserwacje.</w:t>
      </w:r>
    </w:p>
    <w:p>
      <w:pPr>
        <w:pStyle w:val="ListNumber"/>
      </w:pPr>
      <w:r>
        <w:t>Rozmawiac z dzieckiem o tym, co dzieje sie na zajeciach - i wsluchiwac sie w to, co mowi.</w:t>
      </w:r>
    </w:p>
    <w:p/>
    <w:p>
      <w:pPr>
        <w:jc w:val="center"/>
      </w:pPr>
      <w:r>
        <w:rPr>
          <w:b/>
          <w:i w:val="0"/>
          <w:sz w:val="22"/>
        </w:rPr>
        <w:t>Dziekujemy za zaufanie!</w:t>
      </w:r>
    </w:p>
    <w:p>
      <w:pPr>
        <w:jc w:val="center"/>
      </w:pPr>
      <w:r>
        <w:rPr>
          <w:b w:val="0"/>
          <w:i/>
          <w:sz w:val="22"/>
        </w:rPr>
        <w:t>Zespol FIT TEST Family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Sport Kurs Agnieszka Rynkiewicz | NIP 7393287691 | FIT TEST Family | fit-test.pl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