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TWOJE PRAWA W KLUBIE NINJA</w:t>
      </w:r>
    </w:p>
    <w:p>
      <w:pPr>
        <w:jc w:val="center"/>
      </w:pPr>
      <w:r>
        <w:rPr>
          <w:b/>
          <w:sz w:val="28"/>
        </w:rPr>
        <w:t>FIT TEST Family</w:t>
      </w:r>
    </w:p>
    <w:p/>
    <w:p>
      <w:pPr>
        <w:jc w:val="center"/>
      </w:pPr>
      <w:r>
        <w:rPr>
          <w:b/>
          <w:sz w:val="32"/>
        </w:rPr>
        <w:t>Chcemy, zebys czul sie tu bezpiecznie!</w:t>
      </w:r>
    </w:p>
    <w:p/>
    <w:p>
      <w:r>
        <w:rPr>
          <w:b/>
          <w:sz w:val="28"/>
        </w:rPr>
        <w:t>MASZ PRAWO:</w:t>
      </w:r>
    </w:p>
    <w:p>
      <w:pPr>
        <w:pStyle w:val="ListBullet"/>
      </w:pPr>
      <w:r>
        <w:t>byc traktowany z szacunkiem,</w:t>
      </w:r>
    </w:p>
    <w:p>
      <w:pPr>
        <w:pStyle w:val="ListBullet"/>
      </w:pPr>
      <w:r>
        <w:t>mowic, gdy cos ci sie nie podoba,</w:t>
      </w:r>
    </w:p>
    <w:p>
      <w:pPr>
        <w:pStyle w:val="ListBullet"/>
      </w:pPr>
      <w:r>
        <w:t>powiedziec 'NIE', gdy ktos cie dotyka tak, ze ci sie to nie podoba,</w:t>
      </w:r>
    </w:p>
    <w:p>
      <w:pPr>
        <w:pStyle w:val="ListBullet"/>
      </w:pPr>
      <w:r>
        <w:t>prosic o pomoc, gdy jej potrzebujesz,</w:t>
      </w:r>
    </w:p>
    <w:p>
      <w:pPr>
        <w:pStyle w:val="ListBullet"/>
      </w:pPr>
      <w:r>
        <w:t>uczyc sie i cwiczyc we wlasnym tempie,</w:t>
      </w:r>
    </w:p>
    <w:p>
      <w:pPr>
        <w:pStyle w:val="ListBullet"/>
      </w:pPr>
      <w:r>
        <w:t>popelniac bledy - bledy sa czescia nauki!</w:t>
      </w:r>
    </w:p>
    <w:p>
      <w:r>
        <w:rPr>
          <w:b/>
          <w:sz w:val="28"/>
        </w:rPr>
        <w:t>TRENER NIGDY NIE MOZE:</w:t>
      </w:r>
    </w:p>
    <w:p>
      <w:pPr>
        <w:pStyle w:val="ListBullet"/>
      </w:pPr>
      <w:r>
        <w:t>uderzyc cie ani popchnac w zlosci,</w:t>
      </w:r>
    </w:p>
    <w:p>
      <w:pPr>
        <w:pStyle w:val="ListBullet"/>
      </w:pPr>
      <w:r>
        <w:t>krzyczec na ciebie jako kary,</w:t>
      </w:r>
    </w:p>
    <w:p>
      <w:pPr>
        <w:pStyle w:val="ListBullet"/>
      </w:pPr>
      <w:r>
        <w:t>dotykac cie w sposob, ktory cie zawstydza lub boli,</w:t>
      </w:r>
    </w:p>
    <w:p>
      <w:pPr>
        <w:pStyle w:val="ListBullet"/>
      </w:pPr>
      <w:r>
        <w:t>kazac ci zachowywac w tajemnicy czegos, co ci sie nie podoba,</w:t>
      </w:r>
    </w:p>
    <w:p>
      <w:pPr>
        <w:pStyle w:val="ListBullet"/>
      </w:pPr>
      <w:r>
        <w:t>robic ci zdjec ani nagrywac bez zgody rodzica,</w:t>
      </w:r>
    </w:p>
    <w:p>
      <w:pPr>
        <w:pStyle w:val="ListBullet"/>
      </w:pPr>
      <w:r>
        <w:t>pisac do ciebie prywatnych wiadomosci bez wiedzy rodzicow.</w:t>
      </w:r>
    </w:p>
    <w:p>
      <w:r>
        <w:rPr>
          <w:b/>
          <w:sz w:val="28"/>
        </w:rPr>
        <w:t>JESLI COS CIE NIEPOKOI:</w:t>
      </w:r>
    </w:p>
    <w:p>
      <w:r>
        <w:rPr>
          <w:b/>
          <w:i w:val="0"/>
          <w:sz w:val="22"/>
        </w:rPr>
        <w:t>Powiedz osobie doroslej, ktorej ufasz - mamie, tacie, babci, ciociu, trenerce.</w:t>
      </w:r>
    </w:p>
    <w:p>
      <w:r>
        <w:rPr>
          <w:b w:val="0"/>
          <w:i w:val="0"/>
          <w:sz w:val="22"/>
        </w:rPr>
        <w:t>Mozesz tez zadzwonic:</w:t>
      </w:r>
    </w:p>
    <w:p>
      <w:pPr>
        <w:pStyle w:val="ListBullet"/>
      </w:pPr>
      <w:r>
        <w:t>116 111 - Telefon Zaufania dla Dzieci i Mlodziezy (za darmo, 24h),</w:t>
      </w:r>
    </w:p>
    <w:p>
      <w:pPr>
        <w:pStyle w:val="ListBullet"/>
      </w:pPr>
      <w:r>
        <w:t>112 - jesli dzieje sie cos bardzo poważnego.</w:t>
      </w:r>
    </w:p>
    <w:p>
      <w:r>
        <w:rPr>
          <w:b/>
          <w:i w:val="0"/>
          <w:sz w:val="22"/>
        </w:rPr>
        <w:t>Albo napisac / przyjsc do naszego Koordynatora:</w:t>
      </w:r>
    </w:p>
    <w:p>
      <w:r>
        <w:rPr>
          <w:b w:val="0"/>
          <w:i w:val="0"/>
          <w:sz w:val="22"/>
        </w:rPr>
        <w:t xml:space="preserve">   Agnieszka Rynkiewicz, tel. 881 325 901, mail: sportkurs@gmail.com</w:t>
      </w:r>
    </w:p>
    <w:p/>
    <w:p>
      <w:pPr>
        <w:jc w:val="center"/>
      </w:pPr>
      <w:r>
        <w:rPr>
          <w:b/>
          <w:color w:val="C00000"/>
          <w:sz w:val="28"/>
        </w:rPr>
        <w:t>PAMIETAJ: TO NIGDY NIE JEST TWOJA WINA, GDY KTOS CIE KRZYWDZI.</w:t>
      </w:r>
    </w:p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6"/>
      </w:rPr>
      <w:t>Sport Kurs Agnieszka Rynkiewicz | NIP 7393287691 | FIT TEST Family | fit-test.pl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